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לבגרות בהיסטוריה – מהנאורות ועד 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מפתח מהתקופות שנלמדו: נאורות, מהפכה תעשייתית, סוציאליזם, לאומיות, משטרים טוטליטריים, יהודים בעת החדשה וציונות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בסגנון בגרות: הצגה, הסבר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זיהוי קשרים בין אירועים היסטוריים לתהליכים רחבים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מפלגה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מתן שוויון זכויות אזרחי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התנקשות בפרנץ פרדיננד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מרכזי ברציונליזם של הנאורות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האדמות הפרטיות הולאמו ואוחדו לחוות שיתופיות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(אמונה בתבונה ובזכויות טבעיות)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(שינוי שיטת הייצור באמצעות מהפכה)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(הערצת האומה תוך זלזול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(שכונה יהודית מוקפת חומות בתקופת השואה)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גורם כמו פיתוח מנוע הקיטור; השפעה כמו צמיחת מעמד הפועלים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משטר ששולט בכל תחומי החיים; לדוגמה שימוש בתעמולה ובמשטרה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לאזכור שני מאפיינים לפחות (כגון תעמולה, משטרה חשאית, פולחן אישיות) והסבר כיצד כל אחד מהם סייע לשליטה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מתן שוויון זכויות אזרחי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מאפיינים מתוך: מפלגה יחידה, תעמולה, פולחן אישיות, טרור שלטוני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אתני מבוסס על מוצא משותף, ליברלי-אזרחי מבוסס על אזרחות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בדף כחזרה מרוכזת לפני מבחן ולחלק לפי נושאים אם יש 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צפייה קצרה בסרטון הרלוונטי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לנסח תשובות מלאות כפי שנדרש במחוון הבגרות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לבגרות בהיסטוריה – מהנאורות ועד 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מרכז שאלות חזרה על הנושאים המרכזיים בתוכנית הלימודים: מהרעיונות של הנאורות ועד הקמת היישוב הציוני. התרגול מיועד לחזרה לפני מבחן הבגרות.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אמנציפציה  ·  פשיזם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מאפיין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מפלגה 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המשמעות של המונח אמנציפציה?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מתן שוויון זכויות אזרחי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גירוש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הקמת גטאות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אירוע נחשב לגורם המיידי לפרוץ 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מרוץ החימוש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התנקשות בפרנץ פרדיננד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חוזה ורסאי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הנאורות קראה לבסס את הידע על תבונה ותצפית ולא רק על מסורת ודת.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במשטר הקומוניסטי בברית המועצות בוצעה קולקטיביזציה של החקלאות.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התהליך שבו קיבלו היהודים שוויון זכויות אזרחי באירופה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המשטר הטוטליטרי שבראשו עמד מוסוליני באיטליה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הערצת האומה תוך זלזול באחרים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סוציאליזם מהפכני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שכונה יהודית מוקפת חומות בתקופת השואה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אמונה בתבונה ובזכויות טבעיות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שינוי שיטת הייצור באמצעות מהפכה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גורם אחד לצמיחת המהפכה התעשייתית, והשפעה חברתית אחת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מהו משטר טוטליטרי, והביאו דוגמה אחת למאפיין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משטר טוטליטרי אחד (קומוניזם או פשיזם) והסבירו כיצד שלט באזרחיו.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מאפיינים של משטר טוטליטרי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חזרה לבגרות בהיסטוריה – מהנאורות ועד הציונות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