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לבגרות בהיסטוריה – מהנאורות ועד 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מפתח מהתקופות שנלמדו: נאורות, מהפכה תעשייתית, סוציאליזם, לאומיות, משטרים טוטליטריים, יהודים בעת החדשה וציונות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בסגנון בגרות: הצגה, הסבר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זיהוי קשרים בין אירועים היסטוריים לתהליכים רחבים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מפלגה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דגם אתני-היסטורי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מתן שוויון זכויות אזרחי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התנקשות בפרנץ פרדיננד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הוגים שקדמו להרצל וקראו לשיבה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להגביל עבודת ילדים ולשפר תנאי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מרכזי ברציונליזם של הנאורות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עמדת הרוויזיוניזם של ברנשטיין, ואילו מרקסיזם קרא למהפכה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האדמות הפרטיות הולאמו ואוחדו לחוות שיתופיות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החוזה הטיל פירוז והגבלות על צבא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ביהודי אלג'יריה היא ניתנה בצו כרמיה, ואילו בצרפת בעקבות המהפכה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יודנראט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מינכן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(אמונה בתבונה ובזכויות טבעיות)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(שינוי שיטת הייצור באמצעות מהפכה)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(הערצת האומה תוך זלזול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(שכונה יהודית מוקפת חומות בתקופת השואה)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(מתן שוויון זכויות אזרחי ליהודים)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גורם כמו פיתוח מנוע הקיטור; השפעה כמו צמיחת מעמד הפועלים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הסוציאליזם המהפכני קרא למהפכה אלימה, הסוציאל-דמוקרטיה האמינה ברפורמות הדרגתיות בפרלמנט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משטר ששולט בכל תחומי החיים; לדוגמה שימוש בתעמולה ובמשטרה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לאזכור שני מאפיינים לפחות (כגון תעמולה, משטרה חשאית, פולחן אישיות) והסבר כיצד כל אחד מהם סייע לשליטה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 להזכיר הבדל בדרך קבלת האמנציפציה ובמעמד הקודם (בני חסות מול חברת מעמדות)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מתן שוויון זכויות אזרחי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מאפיינים מתוך: מפלגה יחידה, תעמולה, פולחן אישיות, טרור שלטוני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אתני מבוסס על מוצא משותף, ליברלי-אזרחי מבוסס על אזרחות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בדף כחזרה מרוכזת לפני מבחן ולחלק לפי נושאים אם יש 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צפייה קצרה בסרטון הרלוונטי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לנסח תשובות מלאות כפי שנדרש במחוון הבגרות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לבגרות בהיסטוריה – מהנאורות ועד 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חזרה קצרות על נושאים שלמדנו: נאורות, מהפכה תעשייתית, סוציאליזם, לאומיות, משטרים טוטליטריים, יהודים ועת חדשה, וציונות.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שהאמינה בתבונה, בזכויות טבעיות ובביקורת על הסדר הישן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קיבלו היהודים שוויון זכויות אזרחי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 טוטליטרי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שמנסה לשלוט בכל תחומי חיי האזרחים באמצעות תעמולה וטרור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שייכות של קבוצת בני אדם לאומה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שביקשה לשפר את מצב הפועלים ולצמצם פערים כלכליים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שכונה יהודית מוקפת חומות בתקופת השואה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מבשרי הציונות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הוגים שקראו לשיבת עם ישראל לארצו עוד לפני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ורסאי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שסיים את מלחמת העולם הראשונה והטיל הגבלות על גרמניה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משטר שבו יש רק מנהיג אחד ששולט בכול?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מפלגה 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פלורליזם פוליטי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לאומיות מתבססת על עם ולא על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דגם ליברלי-אזרחי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דגם אתני-היסטורי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פטריוטיות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ליהודים כשקיבלו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שוויון זכויות אזרחי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גירוש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גטאות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לימוד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הטריגר הישיר שהתחיל את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מרוץ החימוש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התנקשות בפרנץ פרדיננד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חוזה ורסאי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משבר האמונה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היו האנשים שדיברו על שיבה לארץ ישראל לפני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הוגים שקדמו להרצל וקראו לשיבה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תנועת ההשכלה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מנהיגי המהפכה הבולשביקית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 הסנהדרין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נועדו חוקי המפעלים?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להגביל עבודת ילדים ולשפר תנאי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להלאים את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להקים איגודים מקצועיים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המהפכה התעשייתית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הנאורות קראה לבסס את הידע על תבונה ותצפית ולא רק על מסורת ודת.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הסוציאליזם המרקסיסטי האמין בשינוי הדרגתי באמצעות רפורמות בפרלמנט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הקומוניסטי בברית המועצות בוצעה קולקטיביזציה של החקלאות.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חיזק את צבאה של גרמניה לאחר מלחמת העולם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 אלג'יריה קיבלו אמנציפציה באותה הדרך שבה קיבלו אותה יהודי צרפת.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התהליך שבו קיבלו היהודים שוויון זכויות אזרחי באירופה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המשטר הטוטליטרי שבראשו עמד מוסוליני באיטליה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אזור הגטאות בתקופת השואה נוהל בידי מועצה יהודית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ההסכם משנת 1938 שבו הסכימו בריטניה וצרפת למסור את חבל הסודטים לגרמניה נקרא הסכם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מבשרי הציונות הדתיים כינו את תהליך הגאולה ההדרגתי בשם גאולה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שכונה יהודית מוקפת חומות בתקופת השואה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סוציאליזם מהפכני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בתבונה ובזכויות טבעיות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מתן שוויון זכויות אזרחי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הערצת האומה תוך זלזול באחרים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שיטת הייצור באמצעות מהפכה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גורם אחד לצמיחת המהפכה התעשייתית, והשפעה חברתית אחת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הציגו הבדל אחד בין סוציאליזם מהפכני לסוציאל-דמוקרטיה.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מהו משטר טוטליטרי, והביאו דוגמה אחת למאפיין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משטר טוטליטרי אחד (קומוניזם או פשיזם) והסבירו כיצד שלט באזרחיו.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המשווה בין מעמד היהודים באירופה בעת החדשה לבין מעמדם בארצות האסלאם.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מאפיינים של משטר טוטליטרי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דגם לאומיות אתני לדגם ליברלי-אזרחי?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חזרה לבגרות בהיסטוריה – מהנאורות ועד הציונות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